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CONTRATO DE ARRENDAMIENTO DE PLAZA DE APARCAMIENTO</w:t>
      </w:r>
    </w:p>
    <w:p>
      <w:r>
        <w:br/>
        <w:t>En [ciudad], a [fecha]</w:t>
        <w:br/>
      </w:r>
    </w:p>
    <w:p>
      <w:pPr>
        <w:pStyle w:val="Heading2"/>
      </w:pPr>
      <w:r>
        <w:t>REUNIDOS</w:t>
      </w:r>
    </w:p>
    <w:p>
      <w:r>
        <w:t>De una parte, D./Dña. [Nombre del arrendador], mayor de edad, con domicilio en [domicilio completo] y DNI/NIE nº [número], en adelante el 'Arrendador'.</w:t>
        <w:br/>
        <w:br/>
        <w:t>Y de otra parte, D./Dña. [Nombre del arrendatario], mayor de edad, con domicilio en [domicilio completo] y DNI/NIE nº [número], en adelante el 'Arrendatario'.</w:t>
        <w:br/>
        <w:br/>
        <w:t>Ambas partes se reconocen capacidad legal suficiente para celebrar este contrato de arrendamiento de plaza de garaje.</w:t>
      </w:r>
    </w:p>
    <w:p>
      <w:pPr>
        <w:pStyle w:val="Heading2"/>
      </w:pPr>
      <w:r>
        <w:t>EXPONEN</w:t>
      </w:r>
    </w:p>
    <w:p>
      <w:r>
        <w:t>I. Que el Arrendador es propietario o titular con derecho de uso de la plaza de aparcamiento situada en [dirección completa], identificada con el número [número de plaza], ubicada en el garaje [descripción o planta], con referencia catastral [número].</w:t>
        <w:br/>
        <w:t>II. Que el Arrendatario manifiesta su interés en arrendar dicha plaza de aparcamiento exclusivamente para el estacionamiento de un vehículo de su propiedad.</w:t>
        <w:br/>
        <w:t>III. Que ambas partes acuerdan formalizar este contrato de arrendamiento, que se regirá por la autonomía de la voluntad de las partes conforme a los artículos 1542 y siguientes del Código Civil, y no por la Ley de Arrendamientos Urbanos, al no destinarse la plaza de garaje a uso de vivienda.</w:t>
      </w:r>
    </w:p>
    <w:p>
      <w:pPr>
        <w:pStyle w:val="Heading2"/>
      </w:pPr>
      <w:r>
        <w:t>CLÁUSULAS</w:t>
      </w:r>
    </w:p>
    <w:p>
      <w:pPr>
        <w:pStyle w:val="ListNumber"/>
      </w:pPr>
      <w:r>
        <w:t>**Primera. Objeto del contrato**</w:t>
      </w:r>
    </w:p>
    <w:p>
      <w:r>
        <w:t>El Arrendador arrienda al Arrendatario la plaza de aparcamiento descrita en el expositivo I, para el uso exclusivo de estacionamiento de un vehículo automóvil propiedad del Arrendatario. Queda prohibido su uso para el almacenamiento de objetos, mercancías o materiales inflamables.</w:t>
      </w:r>
    </w:p>
    <w:p>
      <w:pPr>
        <w:pStyle w:val="ListNumber"/>
      </w:pPr>
      <w:r>
        <w:t>**Segunda. Duración**</w:t>
      </w:r>
    </w:p>
    <w:p>
      <w:r>
        <w:t>La duración del presente contrato será de [meses/años], con inicio el [fecha de inicio] y finalización el [fecha de fin]. El contrato podrá prorrogarse tácitamente por periodos iguales salvo preaviso de cualquiera de las partes con TREINTA (30) días de antelación.</w:t>
      </w:r>
    </w:p>
    <w:p>
      <w:pPr>
        <w:pStyle w:val="ListNumber"/>
      </w:pPr>
      <w:r>
        <w:t>**Tercera. Renta y forma de pago**</w:t>
      </w:r>
    </w:p>
    <w:p>
      <w:r>
        <w:t>El Arrendatario abonará al Arrendador una renta mensual de [importe] euros (€), pagadera por meses anticipados dentro de los CINCO (5) primeros días de cada mes, mediante transferencia bancaria a la cuenta IBAN [número]. El impago de una mensualidad faculta al Arrendador para resolver el contrato conforme al artículo 1124 del Código Civil.</w:t>
      </w:r>
    </w:p>
    <w:p>
      <w:pPr>
        <w:pStyle w:val="ListNumber"/>
      </w:pPr>
      <w:r>
        <w:t>**Cuarta. Fianza**</w:t>
      </w:r>
    </w:p>
    <w:p>
      <w:r>
        <w:t>El Arrendatario entrega al Arrendador en este acto la cantidad de [importe] euros (€), equivalente a una mensualidad de renta, en concepto de fianza para garantizar el cumplimiento de sus obligaciones contractuales. La fianza será devuelta al finalizar el contrato, una vez comprobado el buen estado de la plaza.</w:t>
      </w:r>
    </w:p>
    <w:p>
      <w:pPr>
        <w:pStyle w:val="ListNumber"/>
      </w:pPr>
      <w:r>
        <w:t>**Quinta. Uso y mantenimiento de la plaza**</w:t>
      </w:r>
    </w:p>
    <w:p>
      <w:r>
        <w:t>El Arrendatario se compromete a utilizar la plaza de aparcamiento de forma diligente, manteniéndola limpia y libre de residuos. Cualquier daño causado por el Arrendatario o por los vehículos que introduzca será reparado a su costa. Queda prohibido realizar reparaciones, cambios de aceite o cualquier otra actividad distinta al aparcamiento.</w:t>
      </w:r>
    </w:p>
    <w:p>
      <w:pPr>
        <w:pStyle w:val="ListNumber"/>
      </w:pPr>
      <w:r>
        <w:t>**Sexta. Responsabilidad y seguros**</w:t>
      </w:r>
    </w:p>
    <w:p>
      <w:r>
        <w:t>El Arrendador no será responsable por robos, daños o desperfectos sufridos por el vehículo u objetos depositados en su interior, salvo que dichos daños sean consecuencia directa de culpa o negligencia del Arrendador. El Arrendatario declara disponer de seguro en vigor que cubra la responsabilidad civil derivada del uso del vehículo.</w:t>
      </w:r>
    </w:p>
    <w:p>
      <w:pPr>
        <w:pStyle w:val="ListNumber"/>
      </w:pPr>
      <w:r>
        <w:t>**Séptima. Llaves y acceso**</w:t>
      </w:r>
    </w:p>
    <w:p>
      <w:r>
        <w:t>El Arrendador entrega al Arrendatario [número] llaves o mandos de acceso al garaje. El Arrendatario se compromete a no duplicarlas ni cederlas a terceros sin consentimiento escrito del Arrendador.</w:t>
      </w:r>
    </w:p>
    <w:p>
      <w:pPr>
        <w:pStyle w:val="ListNumber"/>
      </w:pPr>
      <w:r>
        <w:t>**Octava. Prohibición de subarriendo o cesión**</w:t>
      </w:r>
    </w:p>
    <w:p>
      <w:r>
        <w:t>El Arrendatario no podrá subarrendar ni ceder total o parcialmente la plaza sin autorización expresa y por escrito del Arrendador.</w:t>
      </w:r>
    </w:p>
    <w:p>
      <w:pPr>
        <w:pStyle w:val="ListNumber"/>
      </w:pPr>
      <w:r>
        <w:t>**Novena. Terminación y devolución**</w:t>
      </w:r>
    </w:p>
    <w:p>
      <w:r>
        <w:t>A la finalización del contrato, el Arrendatario deberá devolver la plaza en el mismo estado en que la recibió, junto con las llaves o mandos de acceso. El retraso en la entrega generará una penalización equivalente al doble de la renta diaria.</w:t>
      </w:r>
    </w:p>
    <w:p>
      <w:pPr>
        <w:pStyle w:val="ListNumber"/>
      </w:pPr>
      <w:r>
        <w:t>**Décima. Protección de datos personales (RGPD y LOPDGDD)**</w:t>
      </w:r>
    </w:p>
    <w:p>
      <w:r>
        <w:t>Los datos personales facilitados por las partes serán tratados únicamente para la gestión del presente contrato, conforme al Reglamento (UE) 2016/679 y la Ley Orgánica 3/2018. Podrán ejercerse los derechos de acceso, rectificación, supresión, limitación y oposición mediante comunicación escrita.</w:t>
      </w:r>
    </w:p>
    <w:p>
      <w:pPr>
        <w:pStyle w:val="ListNumber"/>
      </w:pPr>
      <w:r>
        <w:t>**Undécima. Ley aplicable y jurisdicción**</w:t>
      </w:r>
    </w:p>
    <w:p>
      <w:r>
        <w:t>El presente contrato se regirá por el Código Civil español, y en lo no previsto, por la voluntad de las partes. Las partes se someten expresamente a los Juzgados y Tribunales de [localidad] para resolver cualquier controversia derivada del presente contrato.</w:t>
      </w:r>
    </w:p>
    <w:p>
      <w:r>
        <w:br/>
        <w:t>Y en prueba de conformidad, ambas partes firman el presente contrato por duplicado ejemplar y a un solo efecto.</w:t>
        <w:br/>
      </w:r>
    </w:p>
    <w:p>
      <w:r>
        <w:t>En [ciudad], a [fecha].</w:t>
        <w:br/>
      </w:r>
    </w:p>
    <w:p>
      <w:r>
        <w:br/>
        <w:t>__________________________</w:t>
        <w:br/>
        <w:t>Arrendador</w:t>
        <w:br/>
        <w:br/>
        <w:t>__________________________</w:t>
        <w:br/>
        <w:t>Arrendatario</w:t>
      </w:r>
    </w:p>
    <w:p>
      <w:r>
        <w:br/>
        <w:t>ANEXOS:</w:t>
        <w:br/>
        <w:t>- Anexo I. Copia de DNI/NIE de las partes.</w:t>
        <w:br/>
        <w:t>- Anexo II. Plano o ubicación de la plaza de aparcamiento.</w:t>
        <w:br/>
        <w:t>- Anexo III. Justificante de pago de la fianza.</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